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Síntesis Curricular</w:t>
      </w:r>
    </w:p>
    <w:p>
      <w:pPr>
        <w:pStyle w:val="Heading1"/>
      </w:pPr>
      <w:r>
        <w:t>Datos Personales</w:t>
      </w:r>
    </w:p>
    <w:p>
      <w:r>
        <w:t xml:space="preserve">Nombre: </w:t>
        <w:br/>
        <w:t xml:space="preserve">Teléfono: </w:t>
        <w:br/>
        <w:t xml:space="preserve">Correo Electrónico: </w:t>
        <w:br/>
        <w:t xml:space="preserve">LinkedIn/Portafolio: </w:t>
      </w:r>
    </w:p>
    <w:p>
      <w:pPr>
        <w:pStyle w:val="Heading1"/>
      </w:pPr>
      <w:r>
        <w:t>Perfil Profesional</w:t>
      </w:r>
    </w:p>
    <w:p>
      <w:r>
        <w:t>Escribe una breve descripción de tu perfil profesional destacando tu experiencia y especialización.</w:t>
      </w:r>
    </w:p>
    <w:p>
      <w:pPr>
        <w:pStyle w:val="Heading1"/>
      </w:pPr>
      <w:r>
        <w:t>Experiencia Laboral Relevante</w:t>
      </w:r>
    </w:p>
    <w:p>
      <w:r>
        <w:t xml:space="preserve">- Puesto: </w:t>
        <w:br/>
        <w:t xml:space="preserve">  Empresa: </w:t>
        <w:br/>
        <w:t xml:space="preserve">  Fecha: </w:t>
        <w:br/>
        <w:t xml:space="preserve">  Logros destacados:</w:t>
        <w:br/>
        <w:br/>
        <w:t>(Puedes repetir esta sección según sea necesario)</w:t>
      </w:r>
    </w:p>
    <w:p>
      <w:pPr>
        <w:pStyle w:val="Heading1"/>
      </w:pPr>
      <w:r>
        <w:t>Formación Académica</w:t>
      </w:r>
    </w:p>
    <w:p>
      <w:r>
        <w:t xml:space="preserve">- Título: </w:t>
        <w:br/>
        <w:t xml:space="preserve">  Institución: </w:t>
        <w:br/>
        <w:t xml:space="preserve">  Fecha de finalización:</w:t>
        <w:br/>
        <w:br/>
        <w:t>(Puedes agregar más estudios si es necesario)</w:t>
      </w:r>
    </w:p>
    <w:p>
      <w:pPr>
        <w:pStyle w:val="Heading1"/>
      </w:pPr>
      <w:r>
        <w:t>Habilidades</w:t>
      </w:r>
    </w:p>
    <w:p>
      <w:r>
        <w:t>- Habilidad 1</w:t>
        <w:br/>
        <w:t>- Habilidad 2</w:t>
        <w:br/>
        <w:t>- Habilidad 3</w:t>
        <w:br/>
        <w:t>(Puedes listar más habilidades relevantes)</w:t>
      </w:r>
    </w:p>
    <w:p>
      <w:pPr>
        <w:pStyle w:val="Heading1"/>
      </w:pPr>
      <w:r>
        <w:t>Logros y Reconocimientos</w:t>
      </w:r>
    </w:p>
    <w:p>
      <w:r>
        <w:t>- Descripción del logro o reconocimiento relevante a tu carrera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