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Orden de Servicio</w:t>
      </w:r>
    </w:p>
    <w:p>
      <w:pPr>
        <w:pStyle w:val="Heading2"/>
      </w:pPr>
      <w:r>
        <w:t>Información del Cliente: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Nombre del Cliente</w:t>
            </w:r>
          </w:p>
        </w:tc>
        <w:tc>
          <w:tcPr>
            <w:tcW w:type="dxa" w:w="4320"/>
          </w:tcPr>
          <w:p>
            <w:r>
              <w:t xml:space="preserve"> </w:t>
            </w:r>
          </w:p>
        </w:tc>
      </w:tr>
      <w:tr>
        <w:tc>
          <w:tcPr>
            <w:tcW w:type="dxa" w:w="4320"/>
          </w:tcPr>
          <w:p>
            <w:r>
              <w:t>Dirección</w:t>
            </w:r>
          </w:p>
        </w:tc>
        <w:tc>
          <w:tcPr>
            <w:tcW w:type="dxa" w:w="4320"/>
          </w:tcPr>
          <w:p>
            <w:r>
              <w:t xml:space="preserve"> </w:t>
            </w:r>
          </w:p>
        </w:tc>
      </w:tr>
      <w:tr>
        <w:tc>
          <w:tcPr>
            <w:tcW w:type="dxa" w:w="4320"/>
          </w:tcPr>
          <w:p>
            <w:r>
              <w:t>Número de Teléfono</w:t>
            </w:r>
          </w:p>
        </w:tc>
        <w:tc>
          <w:tcPr>
            <w:tcW w:type="dxa" w:w="4320"/>
          </w:tcPr>
          <w:p>
            <w:r>
              <w:t xml:space="preserve"> </w:t>
            </w:r>
          </w:p>
        </w:tc>
      </w:tr>
      <w:tr>
        <w:tc>
          <w:tcPr>
            <w:tcW w:type="dxa" w:w="4320"/>
          </w:tcPr>
          <w:p>
            <w:r>
              <w:t>Email</w:t>
            </w:r>
          </w:p>
        </w:tc>
        <w:tc>
          <w:tcPr>
            <w:tcW w:type="dxa" w:w="4320"/>
          </w:tcPr>
          <w:p>
            <w:r>
              <w:t xml:space="preserve"> </w:t>
            </w:r>
          </w:p>
        </w:tc>
      </w:tr>
    </w:tbl>
    <w:p>
      <w:pPr>
        <w:pStyle w:val="Heading2"/>
      </w:pPr>
      <w:r>
        <w:t>Detalles del Servicio: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Descripción del Servicio</w:t>
            </w:r>
          </w:p>
        </w:tc>
        <w:tc>
          <w:tcPr>
            <w:tcW w:type="dxa" w:w="4320"/>
          </w:tcPr>
          <w:p>
            <w:r>
              <w:t xml:space="preserve"> </w:t>
            </w:r>
          </w:p>
        </w:tc>
      </w:tr>
      <w:tr>
        <w:tc>
          <w:tcPr>
            <w:tcW w:type="dxa" w:w="4320"/>
          </w:tcPr>
          <w:p>
            <w:r>
              <w:t>Fecha del Servicio</w:t>
            </w:r>
          </w:p>
        </w:tc>
        <w:tc>
          <w:tcPr>
            <w:tcW w:type="dxa" w:w="4320"/>
          </w:tcPr>
          <w:p>
            <w:r>
              <w:t xml:space="preserve"> </w:t>
            </w:r>
          </w:p>
        </w:tc>
      </w:tr>
      <w:tr>
        <w:tc>
          <w:tcPr>
            <w:tcW w:type="dxa" w:w="4320"/>
          </w:tcPr>
          <w:p>
            <w:r>
              <w:t>Hora del Servicio</w:t>
            </w:r>
          </w:p>
        </w:tc>
        <w:tc>
          <w:tcPr>
            <w:tcW w:type="dxa" w:w="4320"/>
          </w:tcPr>
          <w:p>
            <w:r>
              <w:t xml:space="preserve"> </w:t>
            </w:r>
          </w:p>
        </w:tc>
      </w:tr>
      <w:tr>
        <w:tc>
          <w:tcPr>
            <w:tcW w:type="dxa" w:w="4320"/>
          </w:tcPr>
          <w:p>
            <w:r>
              <w:t>Nombre del Técnico</w:t>
            </w:r>
          </w:p>
        </w:tc>
        <w:tc>
          <w:tcPr>
            <w:tcW w:type="dxa" w:w="4320"/>
          </w:tcPr>
          <w:p>
            <w:r>
              <w:t xml:space="preserve"> </w:t>
            </w:r>
          </w:p>
        </w:tc>
      </w:tr>
    </w:tbl>
    <w:p>
      <w:pPr>
        <w:pStyle w:val="Heading2"/>
      </w:pPr>
      <w:r>
        <w:t>Costo y Condiciones: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Costo Estimado del Servicio</w:t>
            </w:r>
          </w:p>
        </w:tc>
        <w:tc>
          <w:tcPr>
            <w:tcW w:type="dxa" w:w="4320"/>
          </w:tcPr>
          <w:p>
            <w:r>
              <w:t xml:space="preserve"> </w:t>
            </w:r>
          </w:p>
        </w:tc>
      </w:tr>
    </w:tbl>
    <w:p>
      <w:r>
        <w:t>Términos y Condiciones:</w:t>
      </w:r>
    </w:p>
    <w:p>
      <w:pPr>
        <w:pStyle w:val="BodyText"/>
      </w:pPr>
      <w:r>
        <w:t>Aquí los términos y condiciones del servicio.</w:t>
      </w:r>
    </w:p>
    <w:p>
      <w:pPr>
        <w:pStyle w:val="Heading2"/>
      </w:pPr>
      <w:r>
        <w:t>Firma:</w:t>
      </w:r>
    </w:p>
    <w:p>
      <w:r>
        <w:t>Firma del Cliente: ______________________________</w:t>
      </w:r>
    </w:p>
    <w:p>
      <w:r>
        <w:t>Firma del Proveedor de Servicio: ______________________________</w:t>
      </w:r>
    </w:p>
    <w:p>
      <w:pPr>
        <w:pStyle w:val="Heading2"/>
      </w:pPr>
      <w:r>
        <w:t>Notas:</w:t>
      </w:r>
    </w:p>
    <w:p>
      <w:pPr>
        <w:pStyle w:val="BodyText"/>
      </w:pPr>
      <w:r>
        <w:t>Notas adicionales o instrucciones especiales: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